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D7EA2" w14:textId="77777777" w:rsidR="00745AFA" w:rsidRDefault="4CF73964" w:rsidP="4CF73964">
      <w:pPr>
        <w:jc w:val="center"/>
        <w:rPr>
          <w:b/>
          <w:bCs/>
          <w:color w:val="1F4E79"/>
          <w:sz w:val="40"/>
          <w:szCs w:val="40"/>
          <w:lang w:val="nb-NO"/>
        </w:rPr>
      </w:pPr>
      <w:r w:rsidRPr="4CF73964">
        <w:rPr>
          <w:b/>
          <w:bCs/>
          <w:color w:val="1F4E79"/>
          <w:sz w:val="40"/>
          <w:szCs w:val="40"/>
          <w:lang w:val="nb-NO"/>
        </w:rPr>
        <w:t>Internkontrollsystem for Bardu Interkommunale Legevakt</w:t>
      </w:r>
    </w:p>
    <w:p w14:paraId="156CB03F" w14:textId="1A3AA6F1" w:rsidR="00745AFA" w:rsidRDefault="4CF73964" w:rsidP="4CF73964">
      <w:pPr>
        <w:rPr>
          <w:lang w:val="nb-NO"/>
        </w:rPr>
      </w:pPr>
      <w:r w:rsidRPr="4CF73964">
        <w:rPr>
          <w:lang w:val="nb-NO"/>
        </w:rPr>
        <w:t>Dokumentet beskriver hvordan virksomheten oppfyller kravene i forskrift om ledelse og kvalitetsforbedring i helse- og omsorgstjenesten og internkontrollkrav i helselovgivningen.</w:t>
      </w:r>
      <w:r w:rsidR="007872C9">
        <w:rPr>
          <w:lang w:val="nb-NO"/>
        </w:rPr>
        <w:t xml:space="preserve"> </w:t>
      </w:r>
      <w:r w:rsidR="007872C9" w:rsidRPr="007872C9">
        <w:rPr>
          <w:lang w:val="nb-NO"/>
        </w:rPr>
        <w:t>I tillegg til en samlet vurdering av internkontroll for legevakten, gir dokumentet en oversikt over samtlige rutiner i internkontrollsystemet med dokumentansvarlig og revideringsfrister. Oversikten og omfang av internkontroll er gjenstand for jevnlig vurdering gjennom årlig revisjon av dette dokument. </w:t>
      </w:r>
    </w:p>
    <w:p w14:paraId="62F13889" w14:textId="77777777" w:rsidR="00745AFA" w:rsidRDefault="4CF73964" w:rsidP="4CF73964">
      <w:pPr>
        <w:rPr>
          <w:b/>
          <w:bCs/>
          <w:lang w:val="nb-NO"/>
        </w:rPr>
      </w:pPr>
      <w:r w:rsidRPr="4CF73964">
        <w:rPr>
          <w:b/>
          <w:bCs/>
          <w:lang w:val="nb-NO"/>
        </w:rPr>
        <w:t>1. Formål</w:t>
      </w:r>
    </w:p>
    <w:p w14:paraId="12138943" w14:textId="77777777" w:rsidR="00745AFA" w:rsidRDefault="4CF73964" w:rsidP="4CF73964">
      <w:pPr>
        <w:rPr>
          <w:lang w:val="nb-NO"/>
        </w:rPr>
      </w:pPr>
      <w:r w:rsidRPr="4CF73964">
        <w:rPr>
          <w:lang w:val="nb-NO"/>
        </w:rPr>
        <w:t>Sikre forsvarlige tjenester, pasientsikkerhet, etterlevelse av lovkrav og kontinuerlig forbedring.</w:t>
      </w:r>
    </w:p>
    <w:p w14:paraId="534E5C5F" w14:textId="77777777" w:rsidR="00745AFA" w:rsidRDefault="4CF73964" w:rsidP="4CF73964">
      <w:pPr>
        <w:rPr>
          <w:b/>
          <w:bCs/>
          <w:lang w:val="nb-NO"/>
        </w:rPr>
      </w:pPr>
      <w:r w:rsidRPr="4CF73964">
        <w:rPr>
          <w:b/>
          <w:bCs/>
          <w:lang w:val="nb-NO"/>
        </w:rPr>
        <w:t>2. Organisering og ansvar</w:t>
      </w:r>
    </w:p>
    <w:p w14:paraId="5885623F" w14:textId="77777777" w:rsidR="00745AFA" w:rsidRDefault="4CF73964" w:rsidP="4CF73964">
      <w:pPr>
        <w:rPr>
          <w:lang w:val="nb-NO"/>
        </w:rPr>
      </w:pPr>
      <w:r w:rsidRPr="4CF73964">
        <w:rPr>
          <w:lang w:val="nb-NO"/>
        </w:rPr>
        <w:t>Leder har overordnet ansvar. Ansatte skal følge rutiner, gjennomføre kontroller, melde avvik og delta i forbedringsarbeid.</w:t>
      </w:r>
    </w:p>
    <w:p w14:paraId="5A74A7F7" w14:textId="77777777" w:rsidR="00745AFA" w:rsidRDefault="4CF73964" w:rsidP="4CF73964">
      <w:pPr>
        <w:rPr>
          <w:b/>
          <w:bCs/>
          <w:lang w:val="nb-NO"/>
        </w:rPr>
      </w:pPr>
      <w:r w:rsidRPr="4CF73964">
        <w:rPr>
          <w:b/>
          <w:bCs/>
          <w:lang w:val="nb-NO"/>
        </w:rPr>
        <w:t>3. Kartlegging av risiko</w:t>
      </w:r>
    </w:p>
    <w:p w14:paraId="238F1B4B" w14:textId="77777777" w:rsidR="00745AFA" w:rsidRDefault="4CF73964" w:rsidP="4CF73964">
      <w:pPr>
        <w:rPr>
          <w:lang w:val="nb-NO"/>
        </w:rPr>
      </w:pPr>
      <w:r w:rsidRPr="4CF73964">
        <w:rPr>
          <w:lang w:val="nb-NO"/>
        </w:rPr>
        <w:t>Virksomheten har gjennomført ROS-analyse som identifiserer risiko knyttet til pasientbehandling, beredskap, HMS, vold og trusler, teknisk svikt og informasjonssikkerhet.</w:t>
      </w:r>
    </w:p>
    <w:p w14:paraId="6E60509B" w14:textId="77777777" w:rsidR="00745AFA" w:rsidRDefault="4CF73964" w:rsidP="4CF73964">
      <w:pPr>
        <w:rPr>
          <w:b/>
          <w:bCs/>
          <w:lang w:val="nb-NO"/>
        </w:rPr>
      </w:pPr>
      <w:r w:rsidRPr="4CF73964">
        <w:rPr>
          <w:b/>
          <w:bCs/>
          <w:lang w:val="nb-NO"/>
        </w:rPr>
        <w:t>4. Planlegging og risikoreduserende tiltak</w:t>
      </w:r>
    </w:p>
    <w:p w14:paraId="494AF9E0" w14:textId="571947C6" w:rsidR="00745AFA" w:rsidRDefault="4CF73964" w:rsidP="4CF73964">
      <w:pPr>
        <w:rPr>
          <w:lang w:val="nb-NO"/>
        </w:rPr>
      </w:pPr>
      <w:r w:rsidRPr="4CF73964">
        <w:rPr>
          <w:lang w:val="nb-NO"/>
        </w:rPr>
        <w:t xml:space="preserve">Tiltak følges opp gjennom </w:t>
      </w:r>
      <w:r w:rsidR="00AD7499">
        <w:rPr>
          <w:lang w:val="nb-NO"/>
        </w:rPr>
        <w:t xml:space="preserve">årlige vernerunder, hvor tiltak også meldes inn i FAMAC-systemet. Medarbeidersamtaler holdes til x1 årlig hvor avdelingsleder tar initiativ til møte. Den ansatte tar selv kontakt dersom behov for samtale før denne tid. </w:t>
      </w:r>
    </w:p>
    <w:p w14:paraId="390DB6EF" w14:textId="6BB78271" w:rsidR="00AD7499" w:rsidRDefault="00AD7499" w:rsidP="4CF73964">
      <w:pPr>
        <w:rPr>
          <w:lang w:val="nb-NO"/>
        </w:rPr>
      </w:pPr>
      <w:r>
        <w:rPr>
          <w:lang w:val="nb-NO"/>
        </w:rPr>
        <w:t xml:space="preserve">Turnusplanlegging gjøres i Visma Flyt Ressursstyring. Den ansatte blir inkludert i arbeidsplanleggingen. Tillitsvalgte ser over at AML blir fulgt, og godkjenner. </w:t>
      </w:r>
    </w:p>
    <w:p w14:paraId="5671EF17" w14:textId="77777777" w:rsidR="00745AFA" w:rsidRDefault="4CF73964" w:rsidP="4CF73964">
      <w:pPr>
        <w:rPr>
          <w:b/>
          <w:bCs/>
          <w:lang w:val="nb-NO"/>
        </w:rPr>
      </w:pPr>
      <w:r w:rsidRPr="4CF73964">
        <w:rPr>
          <w:b/>
          <w:bCs/>
          <w:lang w:val="nb-NO"/>
        </w:rPr>
        <w:t>5. Gjennomføring av internkontroll</w:t>
      </w:r>
    </w:p>
    <w:p w14:paraId="7E04263A" w14:textId="77777777" w:rsidR="00745AFA" w:rsidRDefault="4CF73964" w:rsidP="4CF73964">
      <w:pPr>
        <w:rPr>
          <w:lang w:val="nb-NO"/>
        </w:rPr>
      </w:pPr>
      <w:r w:rsidRPr="4CF73964">
        <w:rPr>
          <w:lang w:val="nb-NO"/>
        </w:rPr>
        <w:t xml:space="preserve">Dagvakt utfører daglige kontroller av medisinteknisk utstyr, akuttutstyr, O2-anlegg, varmeskap, </w:t>
      </w:r>
      <w:proofErr w:type="spellStart"/>
      <w:r w:rsidRPr="4CF73964">
        <w:rPr>
          <w:lang w:val="nb-NO"/>
        </w:rPr>
        <w:t>dekontaminator</w:t>
      </w:r>
      <w:proofErr w:type="spellEnd"/>
      <w:r w:rsidRPr="4CF73964">
        <w:rPr>
          <w:lang w:val="nb-NO"/>
        </w:rPr>
        <w:t xml:space="preserve"> og andre kritiske funksjoner. Kontrollene kvitteres i EQS.</w:t>
      </w:r>
    </w:p>
    <w:p w14:paraId="6ECC2AD0" w14:textId="77777777" w:rsidR="00745AFA" w:rsidRDefault="4CF73964" w:rsidP="4CF73964">
      <w:pPr>
        <w:rPr>
          <w:b/>
          <w:bCs/>
          <w:lang w:val="nb-NO"/>
        </w:rPr>
      </w:pPr>
      <w:r w:rsidRPr="4CF73964">
        <w:rPr>
          <w:b/>
          <w:bCs/>
          <w:lang w:val="nb-NO"/>
        </w:rPr>
        <w:t>6. Dokumentstyring</w:t>
      </w:r>
    </w:p>
    <w:p w14:paraId="0EDD133D" w14:textId="29F4F6D7" w:rsidR="00745AFA" w:rsidRDefault="4CF73964" w:rsidP="4CF73964">
      <w:pPr>
        <w:rPr>
          <w:lang w:val="nb-NO"/>
        </w:rPr>
      </w:pPr>
      <w:r w:rsidRPr="4CF73964">
        <w:rPr>
          <w:lang w:val="nb-NO"/>
        </w:rPr>
        <w:t>EQS er virksomhetens kvalitetssystem og inneholder prosedyrer, rutiner, avvik, risikovurderinger og internkontrollskjema.</w:t>
      </w:r>
      <w:r w:rsidR="007E1544">
        <w:rPr>
          <w:lang w:val="nb-NO"/>
        </w:rPr>
        <w:t xml:space="preserve"> </w:t>
      </w:r>
    </w:p>
    <w:p w14:paraId="7F2932AB" w14:textId="75C707D8" w:rsidR="007E1544" w:rsidRDefault="007E1544" w:rsidP="4CF73964">
      <w:pPr>
        <w:rPr>
          <w:lang w:val="nb-NO"/>
        </w:rPr>
      </w:pPr>
      <w:r>
        <w:rPr>
          <w:lang w:val="nb-NO"/>
        </w:rPr>
        <w:t xml:space="preserve">Elements er systemet man dokumenterer den ansattes personalmappe. Her dokumenteres sykefraværsoppfølging, behov for tilrettelegging, permisjonssøknader og annet som er utenom offentlighet. </w:t>
      </w:r>
    </w:p>
    <w:p w14:paraId="081A316F" w14:textId="77777777" w:rsidR="00745AFA" w:rsidRDefault="4CF73964" w:rsidP="4CF73964">
      <w:pPr>
        <w:rPr>
          <w:b/>
          <w:bCs/>
          <w:lang w:val="nb-NO"/>
        </w:rPr>
      </w:pPr>
      <w:r w:rsidRPr="4CF73964">
        <w:rPr>
          <w:b/>
          <w:bCs/>
          <w:lang w:val="nb-NO"/>
        </w:rPr>
        <w:lastRenderedPageBreak/>
        <w:t>7. Kompetanse og opplæring</w:t>
      </w:r>
    </w:p>
    <w:p w14:paraId="1D477952" w14:textId="12462B34" w:rsidR="00745AFA" w:rsidRDefault="4CF73964" w:rsidP="4CF73964">
      <w:pPr>
        <w:rPr>
          <w:lang w:val="nb-NO"/>
        </w:rPr>
      </w:pPr>
      <w:r w:rsidRPr="4CF73964">
        <w:rPr>
          <w:lang w:val="nb-NO"/>
        </w:rPr>
        <w:t>Nyansatte, leger og vikarer får strukturert opplæring med sjekklister og opplæringsplaner.</w:t>
      </w:r>
      <w:r w:rsidR="001979D9">
        <w:rPr>
          <w:lang w:val="nb-NO"/>
        </w:rPr>
        <w:t xml:space="preserve"> Opplæringsplan </w:t>
      </w:r>
      <w:r w:rsidR="007E1544">
        <w:rPr>
          <w:lang w:val="nb-NO"/>
        </w:rPr>
        <w:t xml:space="preserve">til ny ansatt </w:t>
      </w:r>
      <w:r w:rsidR="001979D9">
        <w:rPr>
          <w:lang w:val="nb-NO"/>
        </w:rPr>
        <w:t>leder på LV er mangelfull, men påbegynt. Er under arbeid fortsatt.</w:t>
      </w:r>
    </w:p>
    <w:p w14:paraId="539E24DA" w14:textId="77777777" w:rsidR="00745AFA" w:rsidRDefault="4CF73964" w:rsidP="4CF73964">
      <w:pPr>
        <w:rPr>
          <w:b/>
          <w:bCs/>
          <w:lang w:val="nb-NO"/>
        </w:rPr>
      </w:pPr>
      <w:r w:rsidRPr="4CF73964">
        <w:rPr>
          <w:b/>
          <w:bCs/>
          <w:lang w:val="nb-NO"/>
        </w:rPr>
        <w:t>8. Vold, trusler og sikkerhet</w:t>
      </w:r>
    </w:p>
    <w:p w14:paraId="67912AF0" w14:textId="77777777" w:rsidR="00745AFA" w:rsidRDefault="4CF73964" w:rsidP="4CF73964">
      <w:pPr>
        <w:rPr>
          <w:lang w:val="nb-NO"/>
        </w:rPr>
      </w:pPr>
      <w:r w:rsidRPr="4CF73964">
        <w:rPr>
          <w:lang w:val="nb-NO"/>
        </w:rPr>
        <w:t>Virksomheten har etablerte volds- og sikkerhetsrutiner som er testet sammen med politiet gjennom øvelser.</w:t>
      </w:r>
    </w:p>
    <w:p w14:paraId="7305F483" w14:textId="77777777" w:rsidR="00745AFA" w:rsidRDefault="4CF73964" w:rsidP="4CF73964">
      <w:pPr>
        <w:rPr>
          <w:b/>
          <w:bCs/>
          <w:lang w:val="nb-NO"/>
        </w:rPr>
      </w:pPr>
      <w:r w:rsidRPr="4CF73964">
        <w:rPr>
          <w:b/>
          <w:bCs/>
          <w:lang w:val="nb-NO"/>
        </w:rPr>
        <w:t>9. Avvik og forbedring</w:t>
      </w:r>
    </w:p>
    <w:p w14:paraId="5DBC788D" w14:textId="77777777" w:rsidR="00745AFA" w:rsidRDefault="4CF73964" w:rsidP="4CF73964">
      <w:pPr>
        <w:rPr>
          <w:lang w:val="nb-NO"/>
        </w:rPr>
      </w:pPr>
      <w:r w:rsidRPr="4CF73964">
        <w:rPr>
          <w:lang w:val="nb-NO"/>
        </w:rPr>
        <w:t>Avvik meldes i EQS, analyseres, følges opp med tiltak og brukes aktivt i forbedringsarbeidet.</w:t>
      </w:r>
    </w:p>
    <w:p w14:paraId="03AAEAFD" w14:textId="77777777" w:rsidR="00745AFA" w:rsidRDefault="4CF73964" w:rsidP="4CF73964">
      <w:pPr>
        <w:rPr>
          <w:b/>
          <w:bCs/>
          <w:lang w:val="nb-NO"/>
        </w:rPr>
      </w:pPr>
      <w:r w:rsidRPr="4CF73964">
        <w:rPr>
          <w:b/>
          <w:bCs/>
          <w:lang w:val="nb-NO"/>
        </w:rPr>
        <w:t>10. Evaluering</w:t>
      </w:r>
    </w:p>
    <w:p w14:paraId="0FC91602" w14:textId="73FA5971" w:rsidR="00745AFA" w:rsidRDefault="4CF73964" w:rsidP="4CF73964">
      <w:pPr>
        <w:rPr>
          <w:lang w:val="nb-NO"/>
        </w:rPr>
      </w:pPr>
      <w:r w:rsidRPr="4CF73964">
        <w:rPr>
          <w:lang w:val="nb-NO"/>
        </w:rPr>
        <w:t>Ledelsen gjennomgår avvik, ROS-analyser, revisjoner og internkontrollresultater for å sikre forbedring, også med de ansatte på personalmøter hver 6.uke.</w:t>
      </w:r>
    </w:p>
    <w:p w14:paraId="787E6BD1" w14:textId="77777777" w:rsidR="007872C9" w:rsidRDefault="007872C9" w:rsidP="4CF73964">
      <w:pPr>
        <w:rPr>
          <w:lang w:val="nb-NO"/>
        </w:rPr>
      </w:pPr>
    </w:p>
    <w:p w14:paraId="526D9E2F" w14:textId="699BAD53" w:rsidR="007872C9" w:rsidRDefault="007872C9" w:rsidP="4CF73964">
      <w:pPr>
        <w:rPr>
          <w:lang w:val="nb-NO"/>
        </w:rPr>
      </w:pPr>
      <w:r w:rsidRPr="007872C9">
        <w:rPr>
          <w:b/>
          <w:bCs/>
          <w:lang w:val="nb-NO"/>
        </w:rPr>
        <w:t>Dokumentansvarlig:</w:t>
      </w:r>
      <w:r>
        <w:rPr>
          <w:lang w:val="nb-NO"/>
        </w:rPr>
        <w:t xml:space="preserve"> Leder legevakt</w:t>
      </w:r>
    </w:p>
    <w:p w14:paraId="238500EB" w14:textId="70AB040A" w:rsidR="007872C9" w:rsidRDefault="007872C9" w:rsidP="4CF73964">
      <w:pPr>
        <w:rPr>
          <w:lang w:val="nb-NO"/>
        </w:rPr>
      </w:pPr>
      <w:r w:rsidRPr="007872C9">
        <w:rPr>
          <w:b/>
          <w:bCs/>
          <w:lang w:val="nb-NO"/>
        </w:rPr>
        <w:t>Revisjonsfrist:</w:t>
      </w:r>
      <w:r>
        <w:rPr>
          <w:lang w:val="nb-NO"/>
        </w:rPr>
        <w:t xml:space="preserve"> Årlig</w:t>
      </w:r>
    </w:p>
    <w:p w14:paraId="183936A0" w14:textId="78FC4A67" w:rsidR="001979D9" w:rsidRDefault="001979D9" w:rsidP="4CF73964">
      <w:pPr>
        <w:rPr>
          <w:b/>
          <w:bCs/>
          <w:lang w:val="nb-NO"/>
        </w:rPr>
      </w:pPr>
    </w:p>
    <w:p w14:paraId="768AD2D9" w14:textId="5528E0F7" w:rsidR="00745AFA" w:rsidRDefault="4CF73964" w:rsidP="4CF73964">
      <w:pPr>
        <w:rPr>
          <w:b/>
          <w:bCs/>
          <w:lang w:val="nb-NO"/>
        </w:rPr>
      </w:pPr>
      <w:r w:rsidRPr="4CF73964">
        <w:rPr>
          <w:b/>
          <w:bCs/>
          <w:lang w:val="nb-NO"/>
        </w:rPr>
        <w:t>Vedlegg</w:t>
      </w:r>
    </w:p>
    <w:p w14:paraId="6940960E" w14:textId="77777777" w:rsidR="001C4A9C" w:rsidRDefault="001979D9" w:rsidP="4CF73964">
      <w:pPr>
        <w:pStyle w:val="Punktliste"/>
        <w:rPr>
          <w:lang w:val="nb-NO"/>
        </w:rPr>
      </w:pPr>
      <w:r>
        <w:rPr>
          <w:lang w:val="nb-NO"/>
        </w:rPr>
        <w:t xml:space="preserve">Excel: </w:t>
      </w:r>
      <w:r w:rsidR="4CF73964" w:rsidRPr="4CF73964">
        <w:rPr>
          <w:lang w:val="nb-NO"/>
        </w:rPr>
        <w:t>Oversikt over godkjente rutiner</w:t>
      </w:r>
      <w:r>
        <w:rPr>
          <w:lang w:val="nb-NO"/>
        </w:rPr>
        <w:t xml:space="preserve"> </w:t>
      </w:r>
      <w:r w:rsidR="001C4A9C">
        <w:rPr>
          <w:lang w:val="nb-NO"/>
        </w:rPr>
        <w:t>i EQS</w:t>
      </w:r>
    </w:p>
    <w:p w14:paraId="5B9A160E" w14:textId="2A5E1E47" w:rsidR="00745AFA" w:rsidRDefault="001C4A9C" w:rsidP="4CF73964">
      <w:pPr>
        <w:pStyle w:val="Punktliste"/>
        <w:rPr>
          <w:lang w:val="nb-NO"/>
        </w:rPr>
      </w:pPr>
      <w:r>
        <w:rPr>
          <w:lang w:val="nb-NO"/>
        </w:rPr>
        <w:t>Excel: R</w:t>
      </w:r>
      <w:r w:rsidR="001979D9">
        <w:rPr>
          <w:lang w:val="nb-NO"/>
        </w:rPr>
        <w:t>utiner under arbeid</w:t>
      </w:r>
      <w:r w:rsidR="4CF73964" w:rsidRPr="4CF73964">
        <w:rPr>
          <w:lang w:val="nb-NO"/>
        </w:rPr>
        <w:t xml:space="preserve"> i EQS</w:t>
      </w:r>
    </w:p>
    <w:p w14:paraId="2003468F" w14:textId="77777777" w:rsidR="00745AFA" w:rsidRDefault="4CF73964" w:rsidP="4CF73964">
      <w:pPr>
        <w:pStyle w:val="Punktliste"/>
        <w:rPr>
          <w:lang w:val="nb-NO"/>
        </w:rPr>
      </w:pPr>
      <w:r w:rsidRPr="4CF73964">
        <w:rPr>
          <w:lang w:val="nb-NO"/>
        </w:rPr>
        <w:t>Ukentlig sjekkliste dagvakt/nattvakt</w:t>
      </w:r>
    </w:p>
    <w:p w14:paraId="642726E0" w14:textId="24B2C63D" w:rsidR="7F2153E0" w:rsidRDefault="001C4A9C" w:rsidP="4CF73964">
      <w:pPr>
        <w:pStyle w:val="Punktliste"/>
        <w:rPr>
          <w:lang w:val="nb-NO"/>
        </w:rPr>
      </w:pPr>
      <w:r>
        <w:rPr>
          <w:lang w:val="nb-NO"/>
        </w:rPr>
        <w:t>ROS Branntilløp</w:t>
      </w:r>
    </w:p>
    <w:p w14:paraId="3A978133" w14:textId="731324AB" w:rsidR="001C4A9C" w:rsidRDefault="001C4A9C" w:rsidP="4CF73964">
      <w:pPr>
        <w:pStyle w:val="Punktliste"/>
        <w:rPr>
          <w:lang w:val="nb-NO"/>
        </w:rPr>
      </w:pPr>
      <w:r>
        <w:rPr>
          <w:lang w:val="nb-NO"/>
        </w:rPr>
        <w:t>ROS Nedbemanning av medhjelper i aktivtid kveldsvakt</w:t>
      </w:r>
    </w:p>
    <w:p w14:paraId="0AE72CA1" w14:textId="57960D13" w:rsidR="001C4A9C" w:rsidRDefault="001C4A9C" w:rsidP="4CF73964">
      <w:pPr>
        <w:pStyle w:val="Punktliste"/>
        <w:rPr>
          <w:lang w:val="nb-NO"/>
        </w:rPr>
      </w:pPr>
      <w:r>
        <w:rPr>
          <w:lang w:val="nb-NO"/>
        </w:rPr>
        <w:t>ROS Flytte LVS ut av legevakt til ekstern</w:t>
      </w:r>
    </w:p>
    <w:p w14:paraId="02FA31FA" w14:textId="6925C03E" w:rsidR="001C4A9C" w:rsidRDefault="001C4A9C" w:rsidP="4CF73964">
      <w:pPr>
        <w:pStyle w:val="Punktliste"/>
        <w:rPr>
          <w:lang w:val="nb-NO"/>
        </w:rPr>
      </w:pPr>
      <w:r>
        <w:rPr>
          <w:lang w:val="nb-NO"/>
        </w:rPr>
        <w:t>ROS Kun en lege på vakt</w:t>
      </w:r>
    </w:p>
    <w:p w14:paraId="6CBE68F7" w14:textId="512CE1CF" w:rsidR="001C4A9C" w:rsidRDefault="001C4A9C" w:rsidP="4CF73964">
      <w:pPr>
        <w:pStyle w:val="Punktliste"/>
        <w:rPr>
          <w:lang w:val="nb-NO"/>
        </w:rPr>
      </w:pPr>
      <w:r>
        <w:rPr>
          <w:lang w:val="nb-NO"/>
        </w:rPr>
        <w:t>ROS Ikke medhjelper dagtid ukedag</w:t>
      </w:r>
    </w:p>
    <w:p w14:paraId="4EBC5C76" w14:textId="77777777" w:rsidR="00745AFA" w:rsidRDefault="4CF73964" w:rsidP="4CF73964">
      <w:pPr>
        <w:pStyle w:val="Punktliste"/>
        <w:rPr>
          <w:lang w:val="nb-NO"/>
        </w:rPr>
      </w:pPr>
      <w:r w:rsidRPr="4CF73964">
        <w:rPr>
          <w:lang w:val="nb-NO"/>
        </w:rPr>
        <w:t>Vold- og sikkerhetsrutiner</w:t>
      </w:r>
    </w:p>
    <w:p w14:paraId="2128EDCA" w14:textId="77777777" w:rsidR="001979D9" w:rsidRDefault="001979D9" w:rsidP="001979D9">
      <w:pPr>
        <w:pStyle w:val="Punktliste"/>
        <w:rPr>
          <w:lang w:val="nb-NO"/>
        </w:rPr>
      </w:pPr>
      <w:r w:rsidRPr="001979D9">
        <w:rPr>
          <w:lang w:val="nb-NO"/>
        </w:rPr>
        <w:t xml:space="preserve">Årsplan og </w:t>
      </w:r>
      <w:proofErr w:type="spellStart"/>
      <w:r w:rsidRPr="001979D9">
        <w:rPr>
          <w:lang w:val="nb-NO"/>
        </w:rPr>
        <w:t>årshjul</w:t>
      </w:r>
      <w:proofErr w:type="spellEnd"/>
      <w:r w:rsidRPr="001979D9">
        <w:rPr>
          <w:lang w:val="nb-NO"/>
        </w:rPr>
        <w:t xml:space="preserve"> for tiltak</w:t>
      </w:r>
    </w:p>
    <w:p w14:paraId="5536120A" w14:textId="02D6256E" w:rsidR="001979D9" w:rsidRPr="001979D9" w:rsidRDefault="001979D9" w:rsidP="001979D9">
      <w:pPr>
        <w:pStyle w:val="Punktliste"/>
        <w:rPr>
          <w:lang w:val="nb-NO"/>
        </w:rPr>
      </w:pPr>
      <w:r w:rsidRPr="001979D9">
        <w:rPr>
          <w:lang w:val="nb-NO"/>
        </w:rPr>
        <w:t>Beredskapsplan</w:t>
      </w:r>
      <w:r>
        <w:rPr>
          <w:lang w:val="nb-NO"/>
        </w:rPr>
        <w:t xml:space="preserve"> for IKL Bardu</w:t>
      </w:r>
    </w:p>
    <w:p w14:paraId="1FBFDFB8" w14:textId="3F516B37" w:rsidR="001979D9" w:rsidRDefault="001979D9" w:rsidP="4CF73964">
      <w:pPr>
        <w:pStyle w:val="Punktliste"/>
        <w:rPr>
          <w:lang w:val="nb-NO"/>
        </w:rPr>
      </w:pPr>
      <w:r>
        <w:rPr>
          <w:lang w:val="nb-NO"/>
        </w:rPr>
        <w:t>Bilde: Registrerte avvik i EQS</w:t>
      </w:r>
      <w:r w:rsidR="001C4A9C">
        <w:rPr>
          <w:lang w:val="nb-NO"/>
        </w:rPr>
        <w:t xml:space="preserve"> fra </w:t>
      </w:r>
      <w:proofErr w:type="spellStart"/>
      <w:r w:rsidR="001C4A9C">
        <w:rPr>
          <w:lang w:val="nb-NO"/>
        </w:rPr>
        <w:t>sept</w:t>
      </w:r>
      <w:proofErr w:type="spellEnd"/>
      <w:r w:rsidR="001C4A9C">
        <w:rPr>
          <w:lang w:val="nb-NO"/>
        </w:rPr>
        <w:t xml:space="preserve"> 2026 – august 2026</w:t>
      </w:r>
    </w:p>
    <w:sectPr w:rsidR="001979D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4800306">
    <w:abstractNumId w:val="8"/>
  </w:num>
  <w:num w:numId="2" w16cid:durableId="1881356992">
    <w:abstractNumId w:val="6"/>
  </w:num>
  <w:num w:numId="3" w16cid:durableId="210191924">
    <w:abstractNumId w:val="5"/>
  </w:num>
  <w:num w:numId="4" w16cid:durableId="30113020">
    <w:abstractNumId w:val="4"/>
  </w:num>
  <w:num w:numId="5" w16cid:durableId="1734699472">
    <w:abstractNumId w:val="7"/>
  </w:num>
  <w:num w:numId="6" w16cid:durableId="1736076702">
    <w:abstractNumId w:val="3"/>
  </w:num>
  <w:num w:numId="7" w16cid:durableId="1734038434">
    <w:abstractNumId w:val="2"/>
  </w:num>
  <w:num w:numId="8" w16cid:durableId="388918643">
    <w:abstractNumId w:val="1"/>
  </w:num>
  <w:num w:numId="9" w16cid:durableId="722749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9D9"/>
    <w:rsid w:val="001C4A9C"/>
    <w:rsid w:val="0029639D"/>
    <w:rsid w:val="00317351"/>
    <w:rsid w:val="00326F90"/>
    <w:rsid w:val="0036686A"/>
    <w:rsid w:val="003C415E"/>
    <w:rsid w:val="00745AFA"/>
    <w:rsid w:val="007872C9"/>
    <w:rsid w:val="007E1544"/>
    <w:rsid w:val="00905CCE"/>
    <w:rsid w:val="009F52AA"/>
    <w:rsid w:val="00AA1D8D"/>
    <w:rsid w:val="00AD7499"/>
    <w:rsid w:val="00B47730"/>
    <w:rsid w:val="00CB0664"/>
    <w:rsid w:val="00DB3251"/>
    <w:rsid w:val="00FC693F"/>
    <w:rsid w:val="3C39180E"/>
    <w:rsid w:val="4CF73964"/>
    <w:rsid w:val="6687F51F"/>
    <w:rsid w:val="7F21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DF4EAD9-9899-4858-81D3-49FAD1E2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EBAF8585B27B4AA51203698847001B" ma:contentTypeVersion="17" ma:contentTypeDescription="Create a new document." ma:contentTypeScope="" ma:versionID="77a8d84dde0e7e9952aeedc69135d2cb">
  <xsd:schema xmlns:xsd="http://www.w3.org/2001/XMLSchema" xmlns:xs="http://www.w3.org/2001/XMLSchema" xmlns:p="http://schemas.microsoft.com/office/2006/metadata/properties" xmlns:ns2="2f144d4a-8b9f-4663-aacc-f1849f6d935d" xmlns:ns3="be277ee2-1e2f-49b5-a5c5-97d540e90c2c" targetNamespace="http://schemas.microsoft.com/office/2006/metadata/properties" ma:root="true" ma:fieldsID="181451d26c9309239ae542f6dc0d50cd" ns2:_="" ns3:_="">
    <xsd:import namespace="2f144d4a-8b9f-4663-aacc-f1849f6d935d"/>
    <xsd:import namespace="be277ee2-1e2f-49b5-a5c5-97d540e90c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44d4a-8b9f-4663-aacc-f1849f6d93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6f37737-c80c-4858-b7ce-0e2a205f9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77ee2-1e2f-49b5-a5c5-97d540e90c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9b5850-bc1c-423d-8230-1b28f857d134}" ma:internalName="TaxCatchAll" ma:showField="CatchAllData" ma:web="be277ee2-1e2f-49b5-a5c5-97d540e90c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e277ee2-1e2f-49b5-a5c5-97d540e90c2c">
      <UserInfo>
        <DisplayName/>
        <AccountId xsi:nil="true"/>
        <AccountType/>
      </UserInfo>
    </SharedWithUsers>
    <lcf76f155ced4ddcb4097134ff3c332f xmlns="2f144d4a-8b9f-4663-aacc-f1849f6d935d">
      <Terms xmlns="http://schemas.microsoft.com/office/infopath/2007/PartnerControls"/>
    </lcf76f155ced4ddcb4097134ff3c332f>
    <TaxCatchAll xmlns="be277ee2-1e2f-49b5-a5c5-97d540e90c2c" xsi:nil="true"/>
  </documentManagement>
</p:properties>
</file>

<file path=customXml/itemProps1.xml><?xml version="1.0" encoding="utf-8"?>
<ds:datastoreItem xmlns:ds="http://schemas.openxmlformats.org/officeDocument/2006/customXml" ds:itemID="{FA9EC713-9775-4974-A28D-208E6D137F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49765F-2814-4440-8DD6-2B9665EFD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44d4a-8b9f-4663-aacc-f1849f6d935d"/>
    <ds:schemaRef ds:uri="be277ee2-1e2f-49b5-a5c5-97d540e90c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B54352-28AF-4B1E-A60F-B93895DEB41E}">
  <ds:schemaRefs>
    <ds:schemaRef ds:uri="http://schemas.microsoft.com/office/2006/metadata/properties"/>
    <ds:schemaRef ds:uri="http://schemas.microsoft.com/office/infopath/2007/PartnerControls"/>
    <ds:schemaRef ds:uri="be277ee2-1e2f-49b5-a5c5-97d540e90c2c"/>
    <ds:schemaRef ds:uri="2f144d4a-8b9f-4663-aacc-f1849f6d93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2617</Characters>
  <Application>Microsoft Office Word</Application>
  <DocSecurity>0</DocSecurity>
  <Lines>21</Lines>
  <Paragraphs>6</Paragraphs>
  <ScaleCrop>false</ScaleCrop>
  <Manager/>
  <Company/>
  <LinksUpToDate>false</LinksUpToDate>
  <CharactersWithSpaces>3104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 Jenssen</dc:creator>
  <cp:keywords/>
  <dc:description>generated by python-docx</dc:description>
  <cp:lastModifiedBy>Vegard Johansen</cp:lastModifiedBy>
  <cp:revision>2</cp:revision>
  <dcterms:created xsi:type="dcterms:W3CDTF">2026-08-27T06:57:00Z</dcterms:created>
  <dcterms:modified xsi:type="dcterms:W3CDTF">2026-08-27T06:57:00Z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0x01010095EBAF8585B27B4AA51203698847001B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_activity">
    <vt:lpwstr>{"FileActivityType":"9","FileActivityTimeStamp":"2026-08-26T12:32:34.717Z","FileActivityUsersOnPage":[{"DisplayName":"Kamilla Jenssen","Id":"kamilla.jenssen@bardu.kommune.no"}],"FileActivityNavigationId":null}</vt:lpwstr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