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BB0A" w14:textId="63E3AB03" w:rsidR="00BB7CFB" w:rsidRPr="00DB4690" w:rsidRDefault="003D2253" w:rsidP="00985A08">
      <w:pPr>
        <w:pStyle w:val="Overskrift1"/>
        <w:spacing w:before="0"/>
        <w:rPr>
          <w:lang w:val="nb-NO"/>
        </w:rPr>
      </w:pPr>
      <w:r w:rsidRPr="00DB4690">
        <w:rPr>
          <w:lang w:val="nb-NO"/>
        </w:rPr>
        <w:t>LÅNEAVTALE</w:t>
      </w:r>
    </w:p>
    <w:p w14:paraId="498B5BA7" w14:textId="1ADFAD5B" w:rsidR="00BB7CFB" w:rsidRPr="00DB4690" w:rsidRDefault="003D2253">
      <w:pPr>
        <w:rPr>
          <w:lang w:val="nb-NO"/>
        </w:rPr>
      </w:pPr>
      <w:r w:rsidRPr="00DB4690">
        <w:rPr>
          <w:lang w:val="nb-NO"/>
        </w:rPr>
        <w:t>Mellom:</w:t>
      </w:r>
      <w:r w:rsidRPr="00DB4690">
        <w:rPr>
          <w:lang w:val="nb-NO"/>
        </w:rPr>
        <w:br/>
        <w:t xml:space="preserve">- </w:t>
      </w:r>
      <w:r w:rsidR="00D32EAD" w:rsidRPr="00DB4690">
        <w:rPr>
          <w:lang w:val="nb-NO"/>
        </w:rPr>
        <w:t>Porsgrunn kommune</w:t>
      </w:r>
      <w:r w:rsidRPr="00DB4690">
        <w:rPr>
          <w:lang w:val="nb-NO"/>
        </w:rPr>
        <w:t xml:space="preserve">, </w:t>
      </w:r>
      <w:r w:rsidR="00D21BA3">
        <w:rPr>
          <w:lang w:val="nb-NO"/>
        </w:rPr>
        <w:t xml:space="preserve">org.nr </w:t>
      </w:r>
      <w:r w:rsidR="00D21BA3" w:rsidRPr="00D21BA3">
        <w:rPr>
          <w:lang w:val="nb-NO"/>
        </w:rPr>
        <w:t>939</w:t>
      </w:r>
      <w:r w:rsidR="00D21BA3">
        <w:rPr>
          <w:lang w:val="nb-NO"/>
        </w:rPr>
        <w:t xml:space="preserve"> </w:t>
      </w:r>
      <w:r w:rsidR="00D21BA3" w:rsidRPr="00D21BA3">
        <w:rPr>
          <w:lang w:val="nb-NO"/>
        </w:rPr>
        <w:t>991</w:t>
      </w:r>
      <w:r w:rsidR="00D21BA3">
        <w:rPr>
          <w:lang w:val="nb-NO"/>
        </w:rPr>
        <w:t xml:space="preserve"> </w:t>
      </w:r>
      <w:proofErr w:type="gramStart"/>
      <w:r w:rsidR="00D21BA3" w:rsidRPr="00D21BA3">
        <w:rPr>
          <w:lang w:val="nb-NO"/>
        </w:rPr>
        <w:t>034</w:t>
      </w:r>
      <w:r w:rsidR="00D21BA3" w:rsidRPr="00D21BA3">
        <w:rPr>
          <w:lang w:val="nb-NO"/>
        </w:rPr>
        <w:t xml:space="preserve"> </w:t>
      </w:r>
      <w:r w:rsidR="00D21BA3">
        <w:rPr>
          <w:lang w:val="nb-NO"/>
        </w:rPr>
        <w:t>,</w:t>
      </w:r>
      <w:proofErr w:type="gramEnd"/>
      <w:r w:rsidR="00D21BA3">
        <w:rPr>
          <w:lang w:val="nb-NO"/>
        </w:rPr>
        <w:t xml:space="preserve"> </w:t>
      </w:r>
      <w:r w:rsidRPr="00DB4690">
        <w:rPr>
          <w:lang w:val="nb-NO"/>
        </w:rPr>
        <w:t>heretter kalt Långiver</w:t>
      </w:r>
      <w:r w:rsidRPr="00DB4690">
        <w:rPr>
          <w:lang w:val="nb-NO"/>
        </w:rPr>
        <w:br/>
        <w:t>- G</w:t>
      </w:r>
      <w:r w:rsidR="00347A8F">
        <w:rPr>
          <w:lang w:val="nb-NO"/>
        </w:rPr>
        <w:t>renland brann og redning IKS</w:t>
      </w:r>
      <w:r w:rsidRPr="00DB4690">
        <w:rPr>
          <w:lang w:val="nb-NO"/>
        </w:rPr>
        <w:t xml:space="preserve">, org.nr </w:t>
      </w:r>
      <w:r w:rsidR="00347A8F" w:rsidRPr="00347A8F">
        <w:rPr>
          <w:lang w:val="nb-NO"/>
        </w:rPr>
        <w:t>925</w:t>
      </w:r>
      <w:r w:rsidR="00347A8F">
        <w:rPr>
          <w:lang w:val="nb-NO"/>
        </w:rPr>
        <w:t> </w:t>
      </w:r>
      <w:r w:rsidR="00347A8F" w:rsidRPr="00347A8F">
        <w:rPr>
          <w:lang w:val="nb-NO"/>
        </w:rPr>
        <w:t>739</w:t>
      </w:r>
      <w:r w:rsidR="00347A8F">
        <w:rPr>
          <w:lang w:val="nb-NO"/>
        </w:rPr>
        <w:t xml:space="preserve"> </w:t>
      </w:r>
      <w:r w:rsidR="00347A8F" w:rsidRPr="00347A8F">
        <w:rPr>
          <w:lang w:val="nb-NO"/>
        </w:rPr>
        <w:t>251</w:t>
      </w:r>
      <w:r w:rsidRPr="00DB4690">
        <w:rPr>
          <w:lang w:val="nb-NO"/>
        </w:rPr>
        <w:t>, heretter kalt Låntaker</w:t>
      </w:r>
    </w:p>
    <w:p w14:paraId="0307BEBC" w14:textId="113C08EC" w:rsidR="00DB4690" w:rsidRDefault="00DB4690">
      <w:pPr>
        <w:pStyle w:val="Overskrift2"/>
        <w:rPr>
          <w:lang w:val="nb-NO"/>
        </w:rPr>
      </w:pPr>
      <w:r>
        <w:rPr>
          <w:lang w:val="nb-NO"/>
        </w:rPr>
        <w:t>0. Bakgrunn</w:t>
      </w:r>
    </w:p>
    <w:p w14:paraId="680148B1" w14:textId="67623A78" w:rsidR="00347A8F" w:rsidRDefault="00347A8F" w:rsidP="00DB4690">
      <w:pPr>
        <w:rPr>
          <w:lang w:val="nb-NO"/>
        </w:rPr>
      </w:pPr>
      <w:r>
        <w:rPr>
          <w:lang w:val="nb-NO"/>
        </w:rPr>
        <w:t xml:space="preserve">Låntaker har den 24.09.26 søkt Långiver om likviditetslån med bakgrunn i en utfordrende likviditetssituasjon som følge av kostnader i forbindelse med brannen på </w:t>
      </w:r>
      <w:proofErr w:type="spellStart"/>
      <w:r>
        <w:rPr>
          <w:lang w:val="nb-NO"/>
        </w:rPr>
        <w:t>Skjerkøya</w:t>
      </w:r>
      <w:proofErr w:type="spellEnd"/>
      <w:r>
        <w:rPr>
          <w:lang w:val="nb-NO"/>
        </w:rPr>
        <w:t xml:space="preserve"> og etterfølgende tvist med </w:t>
      </w:r>
      <w:proofErr w:type="spellStart"/>
      <w:r>
        <w:rPr>
          <w:lang w:val="nb-NO"/>
        </w:rPr>
        <w:t>Ragn-Sells</w:t>
      </w:r>
      <w:proofErr w:type="spellEnd"/>
      <w:r>
        <w:rPr>
          <w:lang w:val="nb-NO"/>
        </w:rPr>
        <w:t>.</w:t>
      </w:r>
    </w:p>
    <w:p w14:paraId="0247FA87" w14:textId="048BD219" w:rsidR="00BB7CFB" w:rsidRPr="00DB4690" w:rsidRDefault="003D2253">
      <w:pPr>
        <w:pStyle w:val="Overskrift2"/>
        <w:rPr>
          <w:lang w:val="nb-NO"/>
        </w:rPr>
      </w:pPr>
      <w:r w:rsidRPr="00DB4690">
        <w:rPr>
          <w:lang w:val="nb-NO"/>
        </w:rPr>
        <w:t>1. Lånebeløp</w:t>
      </w:r>
    </w:p>
    <w:p w14:paraId="1E62ACE4" w14:textId="1F55356A" w:rsidR="00BB7CFB" w:rsidRPr="00DB4690" w:rsidRDefault="003D2253">
      <w:pPr>
        <w:rPr>
          <w:lang w:val="nb-NO"/>
        </w:rPr>
      </w:pPr>
      <w:r w:rsidRPr="00DB4690">
        <w:rPr>
          <w:lang w:val="nb-NO"/>
        </w:rPr>
        <w:t xml:space="preserve">Långiver yter et lån til Låntaker på totalt </w:t>
      </w:r>
      <w:r w:rsidR="00C7049C">
        <w:rPr>
          <w:lang w:val="nb-NO"/>
        </w:rPr>
        <w:t>NOK</w:t>
      </w:r>
      <w:r w:rsidRPr="00DB4690">
        <w:rPr>
          <w:lang w:val="nb-NO"/>
        </w:rPr>
        <w:t xml:space="preserve"> </w:t>
      </w:r>
      <w:r w:rsidR="00347A8F">
        <w:rPr>
          <w:lang w:val="nb-NO"/>
        </w:rPr>
        <w:t xml:space="preserve">17 </w:t>
      </w:r>
      <w:r w:rsidR="00D32EAD" w:rsidRPr="00DB4690">
        <w:rPr>
          <w:lang w:val="nb-NO"/>
        </w:rPr>
        <w:t>5</w:t>
      </w:r>
      <w:r w:rsidR="00347A8F">
        <w:rPr>
          <w:lang w:val="nb-NO"/>
        </w:rPr>
        <w:t>0</w:t>
      </w:r>
      <w:r w:rsidR="00D32EAD" w:rsidRPr="00DB4690">
        <w:rPr>
          <w:lang w:val="nb-NO"/>
        </w:rPr>
        <w:t>0 000</w:t>
      </w:r>
      <w:r w:rsidRPr="00DB4690">
        <w:rPr>
          <w:lang w:val="nb-NO"/>
        </w:rPr>
        <w:t xml:space="preserve"> (</w:t>
      </w:r>
      <w:r w:rsidR="00347A8F">
        <w:rPr>
          <w:lang w:val="nb-NO"/>
        </w:rPr>
        <w:t>sytten</w:t>
      </w:r>
      <w:r w:rsidR="00D32EAD" w:rsidRPr="00DB4690">
        <w:rPr>
          <w:lang w:val="nb-NO"/>
        </w:rPr>
        <w:t>-millioner-fem-hundre-tusen-</w:t>
      </w:r>
      <w:r w:rsidRPr="00DB4690">
        <w:rPr>
          <w:lang w:val="nb-NO"/>
        </w:rPr>
        <w:t>kroner).</w:t>
      </w:r>
    </w:p>
    <w:p w14:paraId="4A8F61E0" w14:textId="77777777" w:rsidR="00BB7CFB" w:rsidRPr="00DB4690" w:rsidRDefault="003D2253">
      <w:pPr>
        <w:pStyle w:val="Overskrift2"/>
        <w:rPr>
          <w:lang w:val="nb-NO"/>
        </w:rPr>
      </w:pPr>
      <w:r w:rsidRPr="00DB4690">
        <w:rPr>
          <w:lang w:val="nb-NO"/>
        </w:rPr>
        <w:t>2. Rente</w:t>
      </w:r>
    </w:p>
    <w:p w14:paraId="523B16D1" w14:textId="77777777" w:rsidR="00044C3B" w:rsidRDefault="00D9385E" w:rsidP="00044C3B">
      <w:pPr>
        <w:rPr>
          <w:lang w:val="nb-NO"/>
        </w:rPr>
      </w:pPr>
      <w:r w:rsidRPr="00DB4690">
        <w:rPr>
          <w:lang w:val="nb-NO"/>
        </w:rPr>
        <w:t xml:space="preserve">Lånet forrentes med 3 måneders NIBOR + 1 % p.a. </w:t>
      </w:r>
    </w:p>
    <w:p w14:paraId="4D95B749" w14:textId="39D629CF" w:rsidR="00044C3B" w:rsidRDefault="00D9385E" w:rsidP="00044C3B">
      <w:pPr>
        <w:rPr>
          <w:lang w:val="nb-NO"/>
        </w:rPr>
      </w:pPr>
      <w:r w:rsidRPr="00DB4690">
        <w:rPr>
          <w:lang w:val="nb-NO"/>
        </w:rPr>
        <w:t xml:space="preserve">Renten </w:t>
      </w:r>
      <w:r>
        <w:rPr>
          <w:lang w:val="nb-NO"/>
        </w:rPr>
        <w:t xml:space="preserve">beregnes </w:t>
      </w:r>
      <w:r w:rsidR="00044C3B">
        <w:rPr>
          <w:lang w:val="nb-NO"/>
        </w:rPr>
        <w:t xml:space="preserve">etterskuddsvis hvert kvartal </w:t>
      </w:r>
      <w:r w:rsidR="00044C3B" w:rsidRPr="00DB4690">
        <w:rPr>
          <w:lang w:val="nb-NO"/>
        </w:rPr>
        <w:t xml:space="preserve">i henhold til </w:t>
      </w:r>
      <w:r w:rsidR="00044C3B">
        <w:rPr>
          <w:lang w:val="nb-NO"/>
        </w:rPr>
        <w:t xml:space="preserve">gjennomsnittlig 3 måneders </w:t>
      </w:r>
      <w:r w:rsidR="00044C3B" w:rsidRPr="00DB4690">
        <w:rPr>
          <w:lang w:val="nb-NO"/>
        </w:rPr>
        <w:t>NIBOR-sats</w:t>
      </w:r>
      <w:r w:rsidR="00044C3B">
        <w:rPr>
          <w:lang w:val="nb-NO"/>
        </w:rPr>
        <w:t xml:space="preserve"> +1 % p.a</w:t>
      </w:r>
      <w:r w:rsidR="00347A8F">
        <w:rPr>
          <w:lang w:val="nb-NO"/>
        </w:rPr>
        <w:t>.</w:t>
      </w:r>
      <w:r w:rsidR="00044C3B">
        <w:rPr>
          <w:lang w:val="nb-NO"/>
        </w:rPr>
        <w:t>, og faktureres kvartalsvis.</w:t>
      </w:r>
    </w:p>
    <w:p w14:paraId="217A495F" w14:textId="77777777" w:rsidR="00BB7CFB" w:rsidRPr="00DB4690" w:rsidRDefault="003D2253">
      <w:pPr>
        <w:pStyle w:val="Overskrift2"/>
        <w:rPr>
          <w:lang w:val="nb-NO"/>
        </w:rPr>
      </w:pPr>
      <w:r w:rsidRPr="00DB4690">
        <w:rPr>
          <w:lang w:val="nb-NO"/>
        </w:rPr>
        <w:t>3. Tilbakebetaling</w:t>
      </w:r>
    </w:p>
    <w:p w14:paraId="7B2EB9E9" w14:textId="0B2ED7C9" w:rsidR="00821F19" w:rsidRDefault="00821F19" w:rsidP="00821F19">
      <w:pPr>
        <w:rPr>
          <w:lang w:val="nb-NO"/>
        </w:rPr>
      </w:pPr>
      <w:r w:rsidRPr="00821F19">
        <w:rPr>
          <w:lang w:val="nb-NO"/>
        </w:rPr>
        <w:t xml:space="preserve">Låntaker rett til å tilbakebetale </w:t>
      </w:r>
      <w:r w:rsidR="00C7049C">
        <w:rPr>
          <w:lang w:val="nb-NO"/>
        </w:rPr>
        <w:t>l</w:t>
      </w:r>
      <w:r w:rsidRPr="00821F19">
        <w:rPr>
          <w:lang w:val="nb-NO"/>
        </w:rPr>
        <w:t xml:space="preserve">ånet (helt eller delvis) med påløpte og ikke betalte renter. Slike tilbakebetalte beløp må være på minimum hele multipler av NOK </w:t>
      </w:r>
      <w:r w:rsidR="00C7049C">
        <w:rPr>
          <w:lang w:val="nb-NO"/>
        </w:rPr>
        <w:t>2</w:t>
      </w:r>
      <w:r w:rsidRPr="00821F19">
        <w:rPr>
          <w:lang w:val="nb-NO"/>
        </w:rPr>
        <w:t xml:space="preserve"> </w:t>
      </w:r>
      <w:r w:rsidR="00C7049C">
        <w:rPr>
          <w:lang w:val="nb-NO"/>
        </w:rPr>
        <w:t>5</w:t>
      </w:r>
      <w:r w:rsidRPr="00821F19">
        <w:rPr>
          <w:lang w:val="nb-NO"/>
        </w:rPr>
        <w:t>00 000.</w:t>
      </w:r>
    </w:p>
    <w:p w14:paraId="6B5D901C" w14:textId="1B2529C2" w:rsidR="00BB7CFB" w:rsidRPr="00DB4690" w:rsidRDefault="00821F19">
      <w:pPr>
        <w:rPr>
          <w:lang w:val="nb-NO"/>
        </w:rPr>
      </w:pPr>
      <w:r w:rsidRPr="00DB4690">
        <w:rPr>
          <w:lang w:val="nb-NO"/>
        </w:rPr>
        <w:t xml:space="preserve">Lånet tilbakebetales </w:t>
      </w:r>
      <w:r>
        <w:rPr>
          <w:lang w:val="nb-NO"/>
        </w:rPr>
        <w:t>senest 31.12.</w:t>
      </w:r>
      <w:r w:rsidRPr="00DB4690">
        <w:rPr>
          <w:lang w:val="nb-NO"/>
        </w:rPr>
        <w:t xml:space="preserve"> 202</w:t>
      </w:r>
      <w:r>
        <w:rPr>
          <w:lang w:val="nb-NO"/>
        </w:rPr>
        <w:t>9</w:t>
      </w:r>
      <w:r w:rsidRPr="00DB4690">
        <w:rPr>
          <w:lang w:val="nb-NO"/>
        </w:rPr>
        <w:t>.</w:t>
      </w:r>
    </w:p>
    <w:p w14:paraId="7F6E70C3" w14:textId="77777777" w:rsidR="00BB7CFB" w:rsidRPr="00DB4690" w:rsidRDefault="003D2253">
      <w:pPr>
        <w:pStyle w:val="Overskrift2"/>
        <w:rPr>
          <w:lang w:val="nb-NO"/>
        </w:rPr>
      </w:pPr>
      <w:r w:rsidRPr="00DB4690">
        <w:rPr>
          <w:lang w:val="nb-NO"/>
        </w:rPr>
        <w:t>4. Sikkerhet</w:t>
      </w:r>
    </w:p>
    <w:p w14:paraId="4AE8ECF0" w14:textId="77777777" w:rsidR="00BB7CFB" w:rsidRPr="00DB4690" w:rsidRDefault="003D2253">
      <w:pPr>
        <w:rPr>
          <w:lang w:val="nb-NO"/>
        </w:rPr>
      </w:pPr>
      <w:r w:rsidRPr="00DB4690">
        <w:rPr>
          <w:lang w:val="nb-NO"/>
        </w:rPr>
        <w:t>Lånet gis uten sikkerhet eller pant.</w:t>
      </w:r>
    </w:p>
    <w:p w14:paraId="64D69604" w14:textId="77777777" w:rsidR="00BB7CFB" w:rsidRPr="00DB4690" w:rsidRDefault="003D2253">
      <w:pPr>
        <w:pStyle w:val="Overskrift2"/>
        <w:rPr>
          <w:lang w:val="nb-NO"/>
        </w:rPr>
      </w:pPr>
      <w:r w:rsidRPr="00DB4690">
        <w:rPr>
          <w:lang w:val="nb-NO"/>
        </w:rPr>
        <w:t>5. Mislighold</w:t>
      </w:r>
    </w:p>
    <w:p w14:paraId="42799DAB" w14:textId="5C21C892" w:rsidR="00C7049C" w:rsidRPr="00DB4690" w:rsidRDefault="003D2253">
      <w:pPr>
        <w:rPr>
          <w:lang w:val="nb-NO"/>
        </w:rPr>
      </w:pPr>
      <w:r w:rsidRPr="00DB4690">
        <w:rPr>
          <w:lang w:val="nb-NO"/>
        </w:rPr>
        <w:t>Ved manglende betaling forbeholder Långiver seg retten til å kreve hele det utestående beløpet tilbakebetalt umiddelbart, samt påløpte renter og eventuelle kostnader.</w:t>
      </w:r>
      <w:r w:rsidR="00C7049C">
        <w:rPr>
          <w:lang w:val="nb-NO"/>
        </w:rPr>
        <w:t xml:space="preserve">  Långiver har i slike tilfeller rett til å ta motregning i årlig driftstilskudd til Låntaker.</w:t>
      </w:r>
    </w:p>
    <w:p w14:paraId="74A2153F" w14:textId="77777777" w:rsidR="00BB7CFB" w:rsidRPr="00DB4690" w:rsidRDefault="003D2253">
      <w:pPr>
        <w:pStyle w:val="Overskrift2"/>
        <w:rPr>
          <w:lang w:val="nb-NO"/>
        </w:rPr>
      </w:pPr>
      <w:r w:rsidRPr="00DB4690">
        <w:rPr>
          <w:lang w:val="nb-NO"/>
        </w:rPr>
        <w:t>6. Øvrige vilkår</w:t>
      </w:r>
    </w:p>
    <w:p w14:paraId="28AA4919" w14:textId="28945994" w:rsidR="00B974E7" w:rsidRDefault="00B974E7">
      <w:pPr>
        <w:rPr>
          <w:lang w:val="nb-NO"/>
        </w:rPr>
      </w:pPr>
      <w:r>
        <w:rPr>
          <w:lang w:val="nb-NO"/>
        </w:rPr>
        <w:t>S</w:t>
      </w:r>
      <w:r w:rsidRPr="00B974E7">
        <w:rPr>
          <w:lang w:val="nb-NO"/>
        </w:rPr>
        <w:t xml:space="preserve">iden en av deltakerkommunene </w:t>
      </w:r>
      <w:r w:rsidR="00D21BA3">
        <w:rPr>
          <w:lang w:val="nb-NO"/>
        </w:rPr>
        <w:t xml:space="preserve">hos Låntaker </w:t>
      </w:r>
      <w:r w:rsidRPr="00B974E7">
        <w:rPr>
          <w:lang w:val="nb-NO"/>
        </w:rPr>
        <w:t xml:space="preserve">er registrert i ROBEK, jfr. kommunelovens § 28-1, må selskapet </w:t>
      </w:r>
      <w:r>
        <w:rPr>
          <w:lang w:val="nb-NO"/>
        </w:rPr>
        <w:t xml:space="preserve">fremlegge dokumentasjon fra </w:t>
      </w:r>
      <w:proofErr w:type="gramStart"/>
      <w:r>
        <w:rPr>
          <w:lang w:val="nb-NO"/>
        </w:rPr>
        <w:t>departementet(</w:t>
      </w:r>
      <w:proofErr w:type="gramEnd"/>
      <w:r>
        <w:rPr>
          <w:lang w:val="nb-NO"/>
        </w:rPr>
        <w:t>Statsforvalter) på at selskapets vedtak om opptak av tilbudt likviditetslån er gyldig.</w:t>
      </w:r>
    </w:p>
    <w:p w14:paraId="1DBC1387" w14:textId="02011497" w:rsidR="00B974E7" w:rsidRDefault="00B974E7">
      <w:pPr>
        <w:rPr>
          <w:lang w:val="nb-NO"/>
        </w:rPr>
      </w:pPr>
      <w:r>
        <w:rPr>
          <w:lang w:val="nb-NO"/>
        </w:rPr>
        <w:t>Lånet utbetales derfor mot følgende dokumentasjon:</w:t>
      </w:r>
    </w:p>
    <w:p w14:paraId="632EC99C" w14:textId="7362125D" w:rsidR="00B974E7" w:rsidRDefault="00B974E7" w:rsidP="00B974E7">
      <w:pPr>
        <w:pStyle w:val="Listeavsnitt"/>
        <w:numPr>
          <w:ilvl w:val="0"/>
          <w:numId w:val="10"/>
        </w:numPr>
        <w:rPr>
          <w:lang w:val="nb-NO"/>
        </w:rPr>
      </w:pPr>
      <w:r>
        <w:rPr>
          <w:lang w:val="nb-NO"/>
        </w:rPr>
        <w:t>Vedtak i styret på opptak av tilbudt likviditetslån</w:t>
      </w:r>
    </w:p>
    <w:p w14:paraId="3FF8890A" w14:textId="79DC3EE8" w:rsidR="00DB4690" w:rsidRPr="00D21BA3" w:rsidRDefault="00B974E7" w:rsidP="00D21BA3">
      <w:pPr>
        <w:pStyle w:val="Listeavsnitt"/>
        <w:numPr>
          <w:ilvl w:val="0"/>
          <w:numId w:val="10"/>
        </w:numPr>
        <w:rPr>
          <w:lang w:val="nb-NO"/>
        </w:rPr>
      </w:pPr>
      <w:r w:rsidRPr="00D21BA3">
        <w:rPr>
          <w:lang w:val="nb-NO"/>
        </w:rPr>
        <w:t>Godkjenning fra departementet (Statsforvalter) på selskapet</w:t>
      </w:r>
      <w:r w:rsidR="00D21BA3">
        <w:rPr>
          <w:lang w:val="nb-NO"/>
        </w:rPr>
        <w:t>s</w:t>
      </w:r>
      <w:r w:rsidRPr="00D21BA3">
        <w:rPr>
          <w:lang w:val="nb-NO"/>
        </w:rPr>
        <w:t xml:space="preserve"> vedtak om opptak av </w:t>
      </w:r>
      <w:r w:rsidR="00D21BA3">
        <w:rPr>
          <w:lang w:val="nb-NO"/>
        </w:rPr>
        <w:t xml:space="preserve">tilbudt </w:t>
      </w:r>
      <w:r w:rsidRPr="00D21BA3">
        <w:rPr>
          <w:lang w:val="nb-NO"/>
        </w:rPr>
        <w:t>likviditetslån.</w:t>
      </w:r>
    </w:p>
    <w:p w14:paraId="09160D13" w14:textId="4F45B333" w:rsidR="00BB7CFB" w:rsidRDefault="003D2253">
      <w:pPr>
        <w:rPr>
          <w:lang w:val="nb-NO"/>
        </w:rPr>
      </w:pPr>
      <w:r w:rsidRPr="00DB4690">
        <w:rPr>
          <w:lang w:val="nb-NO"/>
        </w:rPr>
        <w:lastRenderedPageBreak/>
        <w:t>Eventuelle endringer i avtalen skal være skriftlige og godkjent av begge parter.</w:t>
      </w:r>
    </w:p>
    <w:p w14:paraId="2E0036B2" w14:textId="77777777" w:rsidR="00BB7CFB" w:rsidRPr="00DB4690" w:rsidRDefault="003D2253">
      <w:pPr>
        <w:pStyle w:val="Overskrift2"/>
        <w:rPr>
          <w:lang w:val="nb-NO"/>
        </w:rPr>
      </w:pPr>
      <w:r w:rsidRPr="00DB4690">
        <w:rPr>
          <w:lang w:val="nb-NO"/>
        </w:rPr>
        <w:t>7. Signaturer</w:t>
      </w:r>
    </w:p>
    <w:p w14:paraId="1A09CFDF" w14:textId="7DCCC585" w:rsidR="00985A08" w:rsidRDefault="003D2253" w:rsidP="00985A08">
      <w:pPr>
        <w:spacing w:after="0"/>
        <w:rPr>
          <w:lang w:val="nb-NO"/>
        </w:rPr>
      </w:pPr>
      <w:r w:rsidRPr="00DB4690">
        <w:rPr>
          <w:lang w:val="nb-NO"/>
        </w:rPr>
        <w:t>Denne avtalen er inngått i to eksemplarer, hvor hver part beholder ett.</w:t>
      </w:r>
    </w:p>
    <w:p w14:paraId="44362A95" w14:textId="77777777" w:rsidR="00985A08" w:rsidRDefault="00985A08" w:rsidP="00985A08">
      <w:pPr>
        <w:spacing w:after="0"/>
        <w:rPr>
          <w:lang w:val="nb-NO"/>
        </w:rPr>
      </w:pPr>
    </w:p>
    <w:p w14:paraId="197EF3F7" w14:textId="52DA4159" w:rsidR="00985A08" w:rsidRDefault="00985A08" w:rsidP="00985A08">
      <w:pPr>
        <w:spacing w:after="0"/>
        <w:rPr>
          <w:lang w:val="nb-NO"/>
        </w:rPr>
      </w:pPr>
      <w:r>
        <w:rPr>
          <w:lang w:val="nb-NO"/>
        </w:rPr>
        <w:t>S</w:t>
      </w:r>
      <w:r w:rsidR="003D2253" w:rsidRPr="00DB4690">
        <w:rPr>
          <w:lang w:val="nb-NO"/>
        </w:rPr>
        <w:t xml:space="preserve">ted og dato: </w:t>
      </w:r>
    </w:p>
    <w:p w14:paraId="3C79F730" w14:textId="4A1CF609" w:rsidR="00985A08" w:rsidRDefault="003D2253" w:rsidP="00985A08">
      <w:pPr>
        <w:spacing w:after="0"/>
        <w:rPr>
          <w:lang w:val="nb-NO"/>
        </w:rPr>
      </w:pPr>
      <w:r w:rsidRPr="00DB4690">
        <w:rPr>
          <w:lang w:val="nb-NO"/>
        </w:rPr>
        <w:t>For Långiver – Porsgrunn kommune</w:t>
      </w:r>
      <w:r w:rsidR="00985A08">
        <w:rPr>
          <w:lang w:val="nb-NO"/>
        </w:rPr>
        <w:tab/>
      </w:r>
      <w:r w:rsidR="00985A08">
        <w:rPr>
          <w:lang w:val="nb-NO"/>
        </w:rPr>
        <w:tab/>
      </w:r>
      <w:r w:rsidR="003F7EB1" w:rsidRPr="00DB4690">
        <w:rPr>
          <w:lang w:val="nb-NO"/>
        </w:rPr>
        <w:t>For Låntaker – G</w:t>
      </w:r>
      <w:r w:rsidR="00D21BA3">
        <w:rPr>
          <w:lang w:val="nb-NO"/>
        </w:rPr>
        <w:t>renland brann og redning IKS</w:t>
      </w:r>
    </w:p>
    <w:p w14:paraId="436553F8" w14:textId="77777777" w:rsidR="003F7EB1" w:rsidRDefault="003F7EB1" w:rsidP="00985A08">
      <w:pPr>
        <w:spacing w:after="0"/>
        <w:rPr>
          <w:lang w:val="nb-NO"/>
        </w:rPr>
      </w:pPr>
    </w:p>
    <w:p w14:paraId="3F019C9C" w14:textId="77777777" w:rsidR="00D21BA3" w:rsidRDefault="00D21BA3" w:rsidP="00985A08">
      <w:pPr>
        <w:spacing w:after="0"/>
        <w:rPr>
          <w:lang w:val="nb-NO"/>
        </w:rPr>
      </w:pPr>
    </w:p>
    <w:p w14:paraId="39877948" w14:textId="18D2F427" w:rsidR="00985A08" w:rsidRDefault="00985A08" w:rsidP="00985A08">
      <w:pPr>
        <w:spacing w:after="0"/>
        <w:rPr>
          <w:lang w:val="nb-NO"/>
        </w:rPr>
      </w:pPr>
      <w:r>
        <w:rPr>
          <w:lang w:val="nb-NO"/>
        </w:rPr>
        <w:t>Inger Anne Speilberg</w:t>
      </w:r>
      <w:r w:rsidR="003F7EB1">
        <w:rPr>
          <w:lang w:val="nb-NO"/>
        </w:rPr>
        <w:tab/>
      </w:r>
      <w:r w:rsidR="003F7EB1">
        <w:rPr>
          <w:lang w:val="nb-NO"/>
        </w:rPr>
        <w:tab/>
      </w:r>
      <w:r w:rsidR="003F7EB1">
        <w:rPr>
          <w:lang w:val="nb-NO"/>
        </w:rPr>
        <w:tab/>
      </w:r>
      <w:r w:rsidR="003F7EB1">
        <w:rPr>
          <w:lang w:val="nb-NO"/>
        </w:rPr>
        <w:tab/>
      </w:r>
      <w:r w:rsidR="00D21BA3">
        <w:rPr>
          <w:lang w:val="nb-NO"/>
        </w:rPr>
        <w:t>Morten Meen Gallefos</w:t>
      </w:r>
    </w:p>
    <w:p w14:paraId="593F0542" w14:textId="6FED2826" w:rsidR="00BB7CFB" w:rsidRPr="00DB4690" w:rsidRDefault="00985A08" w:rsidP="003F7EB1">
      <w:pPr>
        <w:spacing w:after="0"/>
        <w:rPr>
          <w:lang w:val="nb-NO"/>
        </w:rPr>
      </w:pPr>
      <w:r>
        <w:rPr>
          <w:lang w:val="nb-NO"/>
        </w:rPr>
        <w:t>Kommunedirektør</w:t>
      </w:r>
      <w:r w:rsidR="003F7EB1">
        <w:rPr>
          <w:lang w:val="nb-NO"/>
        </w:rPr>
        <w:tab/>
      </w:r>
      <w:r w:rsidR="003F7EB1">
        <w:rPr>
          <w:lang w:val="nb-NO"/>
        </w:rPr>
        <w:tab/>
      </w:r>
      <w:r w:rsidR="003F7EB1">
        <w:rPr>
          <w:lang w:val="nb-NO"/>
        </w:rPr>
        <w:tab/>
      </w:r>
      <w:r w:rsidR="003F7EB1">
        <w:rPr>
          <w:lang w:val="nb-NO"/>
        </w:rPr>
        <w:tab/>
        <w:t>Daglig leder</w:t>
      </w:r>
    </w:p>
    <w:sectPr w:rsidR="00BB7CFB" w:rsidRPr="00DB4690" w:rsidSect="00D21BA3">
      <w:pgSz w:w="12240" w:h="15840"/>
      <w:pgMar w:top="1440" w:right="160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A7760E"/>
    <w:multiLevelType w:val="hybridMultilevel"/>
    <w:tmpl w:val="91B6941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721082">
    <w:abstractNumId w:val="8"/>
  </w:num>
  <w:num w:numId="2" w16cid:durableId="947545830">
    <w:abstractNumId w:val="6"/>
  </w:num>
  <w:num w:numId="3" w16cid:durableId="44960787">
    <w:abstractNumId w:val="5"/>
  </w:num>
  <w:num w:numId="4" w16cid:durableId="910315703">
    <w:abstractNumId w:val="4"/>
  </w:num>
  <w:num w:numId="5" w16cid:durableId="1269779983">
    <w:abstractNumId w:val="7"/>
  </w:num>
  <w:num w:numId="6" w16cid:durableId="1956670234">
    <w:abstractNumId w:val="3"/>
  </w:num>
  <w:num w:numId="7" w16cid:durableId="1228566386">
    <w:abstractNumId w:val="2"/>
  </w:num>
  <w:num w:numId="8" w16cid:durableId="1072048660">
    <w:abstractNumId w:val="1"/>
  </w:num>
  <w:num w:numId="9" w16cid:durableId="912739221">
    <w:abstractNumId w:val="0"/>
  </w:num>
  <w:num w:numId="10" w16cid:durableId="2235670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C3B"/>
    <w:rsid w:val="0006063C"/>
    <w:rsid w:val="001018B6"/>
    <w:rsid w:val="0015074B"/>
    <w:rsid w:val="0029639D"/>
    <w:rsid w:val="00326F90"/>
    <w:rsid w:val="00347A8F"/>
    <w:rsid w:val="003A1D3D"/>
    <w:rsid w:val="003D2253"/>
    <w:rsid w:val="003F7EB1"/>
    <w:rsid w:val="00402C67"/>
    <w:rsid w:val="00453393"/>
    <w:rsid w:val="00586DC2"/>
    <w:rsid w:val="00821F19"/>
    <w:rsid w:val="009031D9"/>
    <w:rsid w:val="00985A08"/>
    <w:rsid w:val="009E11A0"/>
    <w:rsid w:val="00A25005"/>
    <w:rsid w:val="00AA1D8D"/>
    <w:rsid w:val="00B47730"/>
    <w:rsid w:val="00B974E7"/>
    <w:rsid w:val="00BB7CFB"/>
    <w:rsid w:val="00BF7175"/>
    <w:rsid w:val="00C7049C"/>
    <w:rsid w:val="00CB0664"/>
    <w:rsid w:val="00D21BA3"/>
    <w:rsid w:val="00D32EAD"/>
    <w:rsid w:val="00D8087A"/>
    <w:rsid w:val="00D9385E"/>
    <w:rsid w:val="00DB46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323226"/>
  <w14:defaultImageDpi w14:val="300"/>
  <w15:docId w15:val="{D719C052-CC28-48A5-8E35-A22E65F5E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jon">
    <w:name w:val="Revision"/>
    <w:hidden/>
    <w:uiPriority w:val="99"/>
    <w:semiHidden/>
    <w:rsid w:val="00821F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1770</Characters>
  <Application>Microsoft Office Word</Application>
  <DocSecurity>0</DocSecurity>
  <Lines>40</Lines>
  <Paragraphs>20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Terje Madsen</cp:lastModifiedBy>
  <cp:revision>2</cp:revision>
  <dcterms:created xsi:type="dcterms:W3CDTF">2026-09-25T11:19:00Z</dcterms:created>
  <dcterms:modified xsi:type="dcterms:W3CDTF">2026-09-25T11:19:00Z</dcterms:modified>
  <cp:category/>
</cp:coreProperties>
</file>